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סובלנות ואת ההבדל בינו לבין 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הסיפורים והכתבות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הקשור לחיים משותפים בין אנשים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אונסקו, 1995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שכנים מכל העולם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הטיפ הראשון הוא לומר שלום במדרגות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טיפ מספר 3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הסיפור של אנה – מילים חסרות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סובלנות או סבלנות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(כבוד לאנשים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(לחכות בשקט בלי לכעוס)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(פועל מאותו שורש)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(מחכה בתור בשקט)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מכתב לעורך ועוד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אנשים צוחקים על המבטא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– המחשבה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יכתוב רעיונות כמו: להקשיב בסבלנות, לא לצחוק, לשאול שאלות בנימוס, להזמין לשיחה או לקפה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סובלנות=כבוד לאחר, סבלנות=לחכות בשקט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טיפ מהרשימה: שלום, הקשבה, ללמוד מילה, להזמין לקפה, סבלנות למבטא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אוקראינה, ארגנטינה, צרפת, אתיופיה, הודו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בשיחה קצרה: מאיפה הגיעו התלמידים או בני משפחתם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סובלנות לסבלנות בעזרת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– פסיפס של אנשים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יום הסובלנות הבינלאומי, ונקרא סיפורים על אנשים מארצות שונות שגרים ולומדים ביחד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אולפן  ·  שמונה  ·  רגע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–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16 באוקטובר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החליט על היום הזה, ובאיזו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אונסקו, 1995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האום, 2005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ישראל, 1948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שכנים מכל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הטיפ הראשון הוא לומדים מילה ברוסית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ללמוד מילה אחת בשפה של השכן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הסיפור של אנה – מילים 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אנה לומדת עברית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בכיתה של אנה יש תלמידים מ__________ ארצות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המורה אומרת __________ ומחברת את האצבעות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סובלנות או סבלנות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כבוד לאנשים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לחכות בשקט בלי לכעוס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לסבול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פועל מאותו שורש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אדם סבלני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מחכה בתור בשקט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מכתב לעורך ועוד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מרים, כותבת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מרים עצובה?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לה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אנשים צוחקים על המבטא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היא לא אוהבת עברית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– המחשבה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3-4 משפטים: איך אפשר להיות סובלניים כלפי שכן או חבר לכיתה שמדבר בעברית עם מבטא?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סובלנות לסבלנות?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טיפ אחד לחיות טוב עם שכנים מארצות שונות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– פסיפס של אנשים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