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– פסיפס של אנשים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סובלנות ואת ההבדל בינו לבין 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בסיס הסיפורים והכתבות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הקשור לחיים משותפים בין אנשים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16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אונסקו, 1995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כבוד לאנשים ששונים מאיתנו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לפסיפס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שכנים מכל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הטיפ הראשון הוא לומר שלום במדרגות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טיפ מספר 3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כתוב שצריך לחכות בסבלנות ושמבטא זה לא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טיפ מספר 4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כתוב שהבניין הוא בית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הסיפור של אנה – מילים חסרות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אולפן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סובלנות או סבלנות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(כבוד לאנשים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(לחכות בשקט בלי לכעוס)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(פועל מאותו 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(מחכה בתור בשקט)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(מקשיב לכולם)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מכתב לעורך ועוד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אנשים צוחקים על המבטא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שאת מדברת יותר משפה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ס־ב־ל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– המחשבה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רעיונות כמו: להקשיב בסבלנות, לא לצחוק, לשאול שאלות בנימוס, להזמין לשיחה או לקפה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יתאר מילה/מנהג, מאיזו מדינה, ואיך הרגיש כשלמד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סובלנות=כבוד לאחר, סבלנות=לחכות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טיפ מהרשימה: שלום, הקשבה, ללמוד מילה, להזמין לקפה, סבלנות למבטא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אוקראינה, ארגנטינה, צרפת, אתיופיה, הודו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קצרה: מאיפה הגיעו התלמידים או בני משפחתם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סובלנות לסבלנות בעזרת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לדיון קבוצתי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– פסיפס של אנשים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על יום מיוחד: יום הסובלנות. קוראים סיפורים קצרים על אנשים מארצות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לאנשים ששונים מאיתנו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לחכות בשקט, בלי לכעוס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פסיפס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מהרבה חתיכות קטנות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מבטא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הצליל המיוחד כשמדברים שפה זרה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אונסקו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בינלאומי לחינוך, מדע ותרבות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הבסיסיות של מילה, כמו ס־ב־ל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שגרים קרוב אלינו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חוגגים את יום הסובלנות?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 באוקטובר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 במאי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קבע את היום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אונסקו, 1995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האום, 2005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ישראל,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אירופה, 1990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המילה 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לגור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כבוד לאנשים ששונים מאיתנו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עם מה משווים את ישראל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לפסיפס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שכנים מכל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הטיפ הראשון הוא לומדים מילה ברוסית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ללמוד מילה אחת בשפה של השכן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כשהשכן עושה טעות בעברית, צוחקים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מזמינים את השכן לקפה זה אחד הטיפים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הבניין הוא בית רק לאנשים שדומים זה לזה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הסיפור של אנה – מילים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אנה לומדת עברית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בכיתה של אנה יש תלמידים מ__________ ארצות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המורה אומרת __________ ומחברת את האצבעות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בארגנטינה הסימן אומר: מה אתה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הסיפור, כל הכיתה הם חברים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סובלנות או סבלנות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סובלנות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לחכות בשקט בלי לכעוס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מחכה בתור בשקט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לסבול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מקשיב לכולם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אדם סבלני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כבוד לאנשים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אדם סובלני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פועל מאותו 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מכתב לעורך ועוד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ארץ מרים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הבעיה של 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לה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אנשים צוחקים על המבטא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לא אוהבת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מכירה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המבטא מראה עלינו, לפי העורך?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שאת לא לומדת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שאת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שאת מדברת יותר משפה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שאת לא מנסה מספיק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שלוש אותיות הן השורש של 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ס־ו־ב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ב־ל־נ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ס־ב־ל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ל־נ־ת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אומרת המורה?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– המחשבה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משפטים: איך אפשר להיות סובלניים כלפי שכן או חבר לכיתה שמדבר בעברית עם מבטא?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מילה או מנהג ממדינה אחרת שלמדתם מחבר או משכן, בדומה לסיפור של אנה ודניאל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סובלנות לסבלנות?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טיפ אחד לחיות טוב עם שכנים מארצות 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מאיפה הגיעו שתיים מהדמויות שקראנו עליהן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הסובלנות – פסיפס של אנשים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