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–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סובלנות ואת ההבדל בינו לבין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הסיפורים והכתבות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הקשור לחיים משותפים בין אנשים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אונסקו, 1995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כבוד לאנשים ששונים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שכנים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הטיפ הראשון הוא לומר שלום במדרגות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טיפ מספר 3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שצריך לחכות בסבלנות ושמבטא זה לא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טיפ מספר 4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כתוב שהבניין הוא בית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הסיפור של אנה –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סובלנות או סבלנות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(כבוד לאנשים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(לחכות בשקט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(פועל מאותו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(מחכה בתור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(מקשיב לכולם)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מכתב לעורך ועוד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צוחקים על המבטא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שאת מדברת יותר משפה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ס־ב־ל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המחשבה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רעיונות כמו: להקשיב בסבלנות, לא לצחוק, לשאול שאלות בנימוס, להזמין לשיחה או לקפה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יתאר מילה/מנהג, מאיזו מדינה, ואיך הרגיש כשלמד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סובלנות=כבוד לאחר, סבלנות=לחכות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טיפ מהרשימה: שלום, הקשבה, ללמוד מילה, להזמין לקפה, סבלנות למבטא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אוקראינה, ארגנטינה, צרפת, אתיופיה, הודו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קצרה: מאיפה הגיעו התלמידים או בני 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סובלנות לסבלנות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–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יום הסובלנות הבינלאומי, ונקרא סיפורים על אנשים מארצות שונות שגרים ולומדים ביחד בישראל.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החליט על היום הזה, ובאיזו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אונסקו, 1995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האום,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ישראל,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אירופה,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סובלנות,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דומה ישראל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לפסיפס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שכנים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 הראשון הוא לומדים מילה ברוסית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ללמוד מילה אחת בשפה של השכן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כשהשכן עושה טעות בעברית, צוחקים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את השכן לקפה זה אחד הטיפים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הוא בית רק לאנשים שדומים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הסיפור של אנה –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אנה לומדת עברית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של אנה יש תלמידים מ__________ ארצות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אומרת __________ ומחברת את האצבעות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בארגנטינה הסימן אומר: מה אתה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הסיפור, כל הכיתה הם חברים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סובלנות או סבלנות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מקשיב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 מאותו 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לסבול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לחכות בשקט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אדם סבלני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 לאנשים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אדם סובלני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מחכה בתור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מכתב לעורך ועוד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מרים, כותבת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מרים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צוחקים על המבטא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אוהבת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מכירה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מבטא, לפי העורך?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שאת לא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שאת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שאת מדברת יותר משפה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שאת לא מנסה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ס־ו־ב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ב־ל־נ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ס־ב־ל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ל־נ־ת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המורה אומרת בסיפור של אנה כשהיא מרימה יד עם אצבעות מחוברות?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– המחשבה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איך אפשר להיות סובלניים כלפי שכן או חבר לכיתה שמדבר בעברית עם מבטא?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מילה או מנהג ממדינה אחרת שלמדתם מחבר או משכן, בדומה לסיפור של אנה ודניאל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סובלנות לסבלנות?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טיפ אחד לחיות טוב עם שכנים מארצות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הגיעו שתיים מהדמויות שקראנו עליהן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– פסיפס של אנשים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